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  <w:snapToGrid w:val="0"/>
      </w:pPr>
      <w:r>
        <w:rPr>
          <w:rFonts w:ascii="맑은 고딕" w:hAnsi="맑은 고딕" w:eastAsia="맑은 고딕"/>
          <w:b/>
          <w:color w:val="000000"/>
          <w:sz w:val="36"/>
        </w:rPr>
        <w:t>FDA 응시자 AI 서비스 이용 신청서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FDA 응시자의 AI 서비스 이용 신청과 이용 자격 확인에 필요한 내용을 작성해 주세요.</w:t>
      </w:r>
    </w:p>
    <w:p>
      <w:pPr>
        <w:pStyle w:val="Heading1"/>
        <w:snapToGrid w:val="0"/>
      </w:pPr>
      <w:r>
        <w:t>1 신청인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7229"/>
      </w:tblGrid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성명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연락처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이용 계정 이메일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</w:tbl>
    <w:p>
      <w:pPr>
        <w:pStyle w:val="Heading1"/>
        <w:snapToGrid w:val="0"/>
      </w:pPr>
      <w:r>
        <w:t>2 응시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7229"/>
      </w:tblGrid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응시 자격과 등급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재무빅데이터분석사(FDA)       급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응시 회차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제           회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시험일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>20      년        월        일</w:t>
            </w:r>
          </w:p>
        </w:tc>
      </w:tr>
      <w:tr>
        <w:trPr>
          <w:cantSplit/>
        </w:trPr>
        <w:tc>
          <w:tcPr>
            <w:tcW w:type="dxa" w:w="2592"/>
            <w:shd w:fill="EEF3F6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/>
                <w:color w:val="000000"/>
                <w:sz w:val="22"/>
              </w:rPr>
              <w:t>접수번호</w:t>
            </w:r>
          </w:p>
        </w:tc>
        <w:tc>
          <w:tcPr>
            <w:tcW w:type="dxa" w:w="7229"/>
            <w:vAlign w:val="center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 w:line="264" w:lineRule="auto"/>
              <w:snapToGrid w:val="0"/>
            </w:pPr>
            <w:r/>
            <w:r>
              <w:rPr>
                <w:rFonts w:ascii="맑은 고딕" w:hAnsi="맑은 고딕" w:eastAsia="맑은 고딕"/>
                <w:b w:val="0"/>
                <w:color w:val="000000"/>
                <w:sz w:val="22"/>
              </w:rPr>
              <w:t xml:space="preserve"> </w:t>
            </w:r>
          </w:p>
        </w:tc>
      </w:tr>
    </w:tbl>
    <w:p>
      <w:pPr>
        <w:pStyle w:val="Heading1"/>
        <w:snapToGrid w:val="0"/>
      </w:pPr>
      <w:r>
        <w:t>3 신청 서비스와 확인 자료</w:t>
      </w:r>
    </w:p>
    <w:p>
      <w:pPr>
        <w:spacing w:after="120"/>
        <w:snapToGrid w:val="0"/>
      </w:pPr>
      <w:r>
        <w:rPr>
          <w:rFonts w:ascii="맑은 고딕" w:hAnsi="맑은 고딕" w:eastAsia="맑은 고딕"/>
          <w:b/>
          <w:color w:val="000000"/>
          <w:sz w:val="22"/>
        </w:rPr>
        <w:t>신청 서비스   Alphalyzer 및 KICPA Excel Addin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이용 기간   응시 확정 후 6개월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확인 자료   응시 접수 내역 등 본인의 응시 사실을 확인할 수 있는 자료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0"/>
        </w:rPr>
        <w:t>주민등록번호 등 신청 확인에 불필요한 정보는 가린 뒤 제출해 주세요.</w:t>
      </w:r>
    </w:p>
    <w:p>
      <w:pPr>
        <w:pStyle w:val="Heading1"/>
        <w:snapToGrid w:val="0"/>
      </w:pPr>
      <w:r>
        <w:t>4 신청 확인</w:t>
      </w:r>
    </w:p>
    <w:p>
      <w:pPr>
        <w:spacing w:after="12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위 응시 정보를 바탕으로 Alphalyzer 및 KICPA Excel Addin 이용을 신청합니다.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신청일       20      년        월        일</w:t>
      </w:r>
    </w:p>
    <w:p>
      <w:pPr>
        <w:spacing w:after="160"/>
        <w:snapToGrid w:val="0"/>
      </w:pPr>
      <w:r>
        <w:rPr>
          <w:rFonts w:ascii="맑은 고딕" w:hAnsi="맑은 고딕" w:eastAsia="맑은 고딕"/>
          <w:b w:val="0"/>
          <w:color w:val="000000"/>
          <w:sz w:val="22"/>
        </w:rPr>
        <w:t>신청인   ____________________    (서명)</w:t>
      </w:r>
    </w:p>
    <w:p>
      <w:pPr>
        <w:spacing w:after="140"/>
        <w:snapToGrid w:val="0"/>
      </w:pPr>
      <w:r>
        <w:rPr>
          <w:rFonts w:ascii="맑은 고딕" w:hAnsi="맑은 고딕" w:eastAsia="맑은 고딕"/>
          <w:b/>
          <w:color w:val="000000"/>
          <w:sz w:val="22"/>
        </w:rPr>
        <w:t>한국공인회계사회 귀중</w:t>
      </w:r>
    </w:p>
    <w:p>
      <w:pPr>
        <w:keepNext/>
        <w:spacing w:after="80"/>
        <w:snapToGrid w:val="0"/>
      </w:pPr>
      <w:r>
        <w:rPr>
          <w:rFonts w:ascii="맑은 고딕" w:hAnsi="맑은 고딕" w:eastAsia="맑은 고딕"/>
          <w:b/>
          <w:color w:val="000000"/>
          <w:sz w:val="21"/>
        </w:rPr>
        <w:t>신청·문의   idteam@kicpa.or.kr   /   02-3149-0226~9</w:t>
      </w:r>
    </w:p>
    <w:p>
      <w:pPr>
        <w:spacing w:after="0"/>
        <w:snapToGrid w:val="0"/>
      </w:pPr>
      <w:r>
        <w:rPr>
          <w:rFonts w:ascii="맑은 고딕" w:hAnsi="맑은 고딕" w:eastAsia="맑은 고딕"/>
          <w:b w:val="0"/>
          <w:color w:val="000000"/>
          <w:sz w:val="20"/>
        </w:rPr>
        <w:t>신청서와 확인 자료를 위 이메일로 제출해 주세요.</w:t>
      </w:r>
    </w:p>
    <w:sectPr w:rsidR="00FC693F" w:rsidRPr="0006063C" w:rsidSect="00034616">
      <w:pgSz w:w="11906" w:h="16837"/>
      <w:pgMar w:top="979" w:right="1037" w:bottom="97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00"/>
    </w:pPr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FDA 응시자 AI 서비스 이용 신청서</dc:title>
  <dc:subject/>
  <dc:creator>한국공인회계사회</dc:creator>
  <cp:keywords/>
  <dc:description>generated by python-docx</dc:description>
  <cp:lastModifiedBy>한국공인회계사회</cp:lastModifiedBy>
  <cp:revision>1</cp:revision>
  <dcterms:created xsi:type="dcterms:W3CDTF">2013-12-23T23:15:00Z</dcterms:created>
  <dcterms:modified xsi:type="dcterms:W3CDTF">2013-12-23T23:15:00Z</dcterms:modified>
  <cp:category/>
</cp:coreProperties>
</file>